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FF8F0" w14:textId="77777777" w:rsidR="003847C9" w:rsidRDefault="00875BAB">
      <w:pPr>
        <w:pStyle w:val="Title"/>
      </w:pPr>
      <w:r>
        <w:t>Reporting PE and sport premium grant expenditure - categories of grant spending</w:t>
      </w:r>
    </w:p>
    <w:p w14:paraId="087DE5F6" w14:textId="6C25A2E0" w:rsidR="003847C9" w:rsidRDefault="00875BAB">
      <w:r>
        <w:t xml:space="preserve">Submission ID: </w:t>
      </w:r>
      <w:r>
        <w:br/>
        <w:t>Submission Status: S</w:t>
      </w:r>
      <w:r>
        <w:br/>
        <w:t xml:space="preserve">Date: </w:t>
      </w:r>
      <w:r>
        <w:br/>
        <w:t>UKPRN: 100918742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3847C9" w14:paraId="710BD36E" w14:textId="77777777">
        <w:tc>
          <w:tcPr>
            <w:tcW w:w="4320" w:type="dxa"/>
          </w:tcPr>
          <w:p w14:paraId="60EBB6E7" w14:textId="77777777" w:rsidR="003847C9" w:rsidRDefault="00875BAB">
            <w:r>
              <w:t>Category</w:t>
            </w:r>
          </w:p>
        </w:tc>
        <w:tc>
          <w:tcPr>
            <w:tcW w:w="4320" w:type="dxa"/>
          </w:tcPr>
          <w:p w14:paraId="4DD4A006" w14:textId="77777777" w:rsidR="003847C9" w:rsidRDefault="00875BAB">
            <w:r>
              <w:t>Value</w:t>
            </w:r>
          </w:p>
        </w:tc>
      </w:tr>
      <w:tr w:rsidR="003847C9" w14:paraId="087CA174" w14:textId="77777777">
        <w:tc>
          <w:tcPr>
            <w:tcW w:w="4320" w:type="dxa"/>
          </w:tcPr>
          <w:p w14:paraId="6DBB0736" w14:textId="77777777" w:rsidR="003847C9" w:rsidRDefault="00875BAB">
            <w:r>
              <w:t xml:space="preserve">Has your school spent any of its PE and sport premium </w:t>
            </w:r>
            <w:r>
              <w:t>grant on CPD?</w:t>
            </w:r>
          </w:p>
        </w:tc>
        <w:tc>
          <w:tcPr>
            <w:tcW w:w="4320" w:type="dxa"/>
          </w:tcPr>
          <w:p w14:paraId="3B10A452" w14:textId="77777777" w:rsidR="003847C9" w:rsidRDefault="00875BAB">
            <w:r>
              <w:t>Yes</w:t>
            </w:r>
          </w:p>
        </w:tc>
      </w:tr>
      <w:tr w:rsidR="003847C9" w14:paraId="0588DDBB" w14:textId="77777777">
        <w:tc>
          <w:tcPr>
            <w:tcW w:w="4320" w:type="dxa"/>
          </w:tcPr>
          <w:p w14:paraId="304A9371" w14:textId="77777777" w:rsidR="003847C9" w:rsidRDefault="00875BAB">
            <w:r>
              <w:t>CPD external training courses</w:t>
            </w:r>
          </w:p>
        </w:tc>
        <w:tc>
          <w:tcPr>
            <w:tcW w:w="4320" w:type="dxa"/>
          </w:tcPr>
          <w:p w14:paraId="380727A6" w14:textId="41CFF20F" w:rsidR="003847C9" w:rsidRDefault="00990022">
            <w:r>
              <w:t>200</w:t>
            </w:r>
          </w:p>
        </w:tc>
      </w:tr>
      <w:tr w:rsidR="003847C9" w14:paraId="37DA9966" w14:textId="77777777">
        <w:tc>
          <w:tcPr>
            <w:tcW w:w="4320" w:type="dxa"/>
          </w:tcPr>
          <w:p w14:paraId="6EAEFAEA" w14:textId="77777777" w:rsidR="003847C9" w:rsidRDefault="00875BAB">
            <w:r>
              <w:t>CPD upskilling staff to deliver swimming lessons</w:t>
            </w:r>
          </w:p>
        </w:tc>
        <w:tc>
          <w:tcPr>
            <w:tcW w:w="4320" w:type="dxa"/>
          </w:tcPr>
          <w:p w14:paraId="49DCD4C0" w14:textId="77777777" w:rsidR="003847C9" w:rsidRDefault="00875BAB">
            <w:r>
              <w:t>0</w:t>
            </w:r>
          </w:p>
        </w:tc>
      </w:tr>
      <w:tr w:rsidR="003847C9" w14:paraId="662AC9F9" w14:textId="77777777">
        <w:tc>
          <w:tcPr>
            <w:tcW w:w="4320" w:type="dxa"/>
          </w:tcPr>
          <w:p w14:paraId="583BBB1D" w14:textId="77777777" w:rsidR="003847C9" w:rsidRDefault="00875BAB">
            <w:r>
              <w:t>CPD internal learning and development</w:t>
            </w:r>
          </w:p>
        </w:tc>
        <w:tc>
          <w:tcPr>
            <w:tcW w:w="4320" w:type="dxa"/>
          </w:tcPr>
          <w:p w14:paraId="0686384E" w14:textId="1AF8C398" w:rsidR="003847C9" w:rsidRDefault="00E20B8A">
            <w:r>
              <w:t>729</w:t>
            </w:r>
          </w:p>
        </w:tc>
      </w:tr>
      <w:tr w:rsidR="003847C9" w14:paraId="33849CFD" w14:textId="77777777">
        <w:tc>
          <w:tcPr>
            <w:tcW w:w="4320" w:type="dxa"/>
          </w:tcPr>
          <w:p w14:paraId="129333CB" w14:textId="77777777" w:rsidR="003847C9" w:rsidRDefault="00875BAB">
            <w:r>
              <w:t>CPD inter-school development sessions</w:t>
            </w:r>
          </w:p>
        </w:tc>
        <w:tc>
          <w:tcPr>
            <w:tcW w:w="4320" w:type="dxa"/>
          </w:tcPr>
          <w:p w14:paraId="3436C086" w14:textId="77777777" w:rsidR="003847C9" w:rsidRDefault="00875BAB">
            <w:r>
              <w:t>0</w:t>
            </w:r>
          </w:p>
        </w:tc>
      </w:tr>
      <w:tr w:rsidR="003847C9" w14:paraId="0FFA3CC1" w14:textId="77777777">
        <w:tc>
          <w:tcPr>
            <w:tcW w:w="4320" w:type="dxa"/>
          </w:tcPr>
          <w:p w14:paraId="01875441" w14:textId="77777777" w:rsidR="003847C9" w:rsidRDefault="00875BAB">
            <w:r>
              <w:t>CPD online training/resource development</w:t>
            </w:r>
          </w:p>
        </w:tc>
        <w:tc>
          <w:tcPr>
            <w:tcW w:w="4320" w:type="dxa"/>
          </w:tcPr>
          <w:p w14:paraId="3FB7F9E3" w14:textId="77777777" w:rsidR="003847C9" w:rsidRDefault="00875BAB">
            <w:r>
              <w:t>0</w:t>
            </w:r>
          </w:p>
        </w:tc>
      </w:tr>
      <w:tr w:rsidR="003847C9" w14:paraId="0FCAC85E" w14:textId="77777777">
        <w:tc>
          <w:tcPr>
            <w:tcW w:w="4320" w:type="dxa"/>
          </w:tcPr>
          <w:p w14:paraId="0DF97B67" w14:textId="77777777" w:rsidR="003847C9" w:rsidRDefault="00875BAB">
            <w:r>
              <w:t>CPD external coache</w:t>
            </w:r>
            <w:r>
              <w:t>s supporting confidence and competence</w:t>
            </w:r>
          </w:p>
        </w:tc>
        <w:tc>
          <w:tcPr>
            <w:tcW w:w="4320" w:type="dxa"/>
          </w:tcPr>
          <w:p w14:paraId="36FFD63E" w14:textId="5EC023FE" w:rsidR="003847C9" w:rsidRDefault="00E20B8A">
            <w:r>
              <w:t>1000</w:t>
            </w:r>
          </w:p>
        </w:tc>
      </w:tr>
      <w:tr w:rsidR="003847C9" w14:paraId="1C329935" w14:textId="77777777" w:rsidTr="00591FAA">
        <w:tc>
          <w:tcPr>
            <w:tcW w:w="4320" w:type="dxa"/>
            <w:shd w:val="clear" w:color="auto" w:fill="DAEEF3" w:themeFill="accent5" w:themeFillTint="33"/>
          </w:tcPr>
          <w:p w14:paraId="71756855" w14:textId="77777777" w:rsidR="003847C9" w:rsidRDefault="00875BAB">
            <w:r>
              <w:t>Total school spending on CPD</w:t>
            </w:r>
          </w:p>
        </w:tc>
        <w:tc>
          <w:tcPr>
            <w:tcW w:w="4320" w:type="dxa"/>
            <w:shd w:val="clear" w:color="auto" w:fill="DAEEF3" w:themeFill="accent5" w:themeFillTint="33"/>
          </w:tcPr>
          <w:p w14:paraId="403068D5" w14:textId="2A5D6EA5" w:rsidR="003847C9" w:rsidRDefault="00E20B8A">
            <w:r>
              <w:t>1929</w:t>
            </w:r>
          </w:p>
        </w:tc>
      </w:tr>
      <w:tr w:rsidR="003847C9" w14:paraId="7657DE22" w14:textId="77777777">
        <w:tc>
          <w:tcPr>
            <w:tcW w:w="4320" w:type="dxa"/>
          </w:tcPr>
          <w:p w14:paraId="5C2C5A52" w14:textId="77777777" w:rsidR="003847C9" w:rsidRDefault="00875BAB">
            <w:r>
              <w:t>Has your school spent any of its PE and sport premium grant on internal activities?</w:t>
            </w:r>
          </w:p>
        </w:tc>
        <w:tc>
          <w:tcPr>
            <w:tcW w:w="4320" w:type="dxa"/>
          </w:tcPr>
          <w:p w14:paraId="2C91F45A" w14:textId="77777777" w:rsidR="003847C9" w:rsidRDefault="00875BAB">
            <w:r>
              <w:t>Yes</w:t>
            </w:r>
          </w:p>
        </w:tc>
      </w:tr>
      <w:tr w:rsidR="003847C9" w14:paraId="6A934B4C" w14:textId="77777777" w:rsidTr="00E20B8A">
        <w:trPr>
          <w:trHeight w:val="602"/>
        </w:trPr>
        <w:tc>
          <w:tcPr>
            <w:tcW w:w="4320" w:type="dxa"/>
          </w:tcPr>
          <w:p w14:paraId="23F1BC75" w14:textId="77777777" w:rsidR="003847C9" w:rsidRDefault="00875BAB">
            <w:r>
              <w:t>Internal school based extra-curricular opportunities</w:t>
            </w:r>
          </w:p>
        </w:tc>
        <w:tc>
          <w:tcPr>
            <w:tcW w:w="4320" w:type="dxa"/>
          </w:tcPr>
          <w:p w14:paraId="0BD7A2F5" w14:textId="3084D78F" w:rsidR="00875BAB" w:rsidRDefault="00875BAB">
            <w:r>
              <w:t>8335.38</w:t>
            </w:r>
          </w:p>
        </w:tc>
      </w:tr>
      <w:tr w:rsidR="003847C9" w14:paraId="5A0F2C74" w14:textId="77777777">
        <w:tc>
          <w:tcPr>
            <w:tcW w:w="4320" w:type="dxa"/>
          </w:tcPr>
          <w:p w14:paraId="2FBC8897" w14:textId="77777777" w:rsidR="003847C9" w:rsidRDefault="00875BAB">
            <w:r>
              <w:t xml:space="preserve">Internal sports </w:t>
            </w:r>
            <w:r>
              <w:t>competitions</w:t>
            </w:r>
          </w:p>
        </w:tc>
        <w:tc>
          <w:tcPr>
            <w:tcW w:w="4320" w:type="dxa"/>
          </w:tcPr>
          <w:p w14:paraId="6ED0C47F" w14:textId="13DAA1AF" w:rsidR="003847C9" w:rsidRDefault="00E20B8A">
            <w:r>
              <w:t>925</w:t>
            </w:r>
          </w:p>
        </w:tc>
      </w:tr>
      <w:tr w:rsidR="003847C9" w14:paraId="02666035" w14:textId="77777777">
        <w:tc>
          <w:tcPr>
            <w:tcW w:w="4320" w:type="dxa"/>
          </w:tcPr>
          <w:p w14:paraId="132942C6" w14:textId="77777777" w:rsidR="003847C9" w:rsidRDefault="00875BAB">
            <w:r>
              <w:t>Top-up swimming lessons or broadening aquatic opportunities</w:t>
            </w:r>
          </w:p>
        </w:tc>
        <w:tc>
          <w:tcPr>
            <w:tcW w:w="4320" w:type="dxa"/>
          </w:tcPr>
          <w:p w14:paraId="30F3573C" w14:textId="10D0EEDB" w:rsidR="003847C9" w:rsidRDefault="00990022">
            <w:r>
              <w:t>0</w:t>
            </w:r>
          </w:p>
        </w:tc>
      </w:tr>
      <w:tr w:rsidR="003847C9" w14:paraId="60C0D5E8" w14:textId="77777777">
        <w:tc>
          <w:tcPr>
            <w:tcW w:w="4320" w:type="dxa"/>
          </w:tcPr>
          <w:p w14:paraId="2C8588B4" w14:textId="77777777" w:rsidR="003847C9" w:rsidRDefault="00875BAB">
            <w:r>
              <w:t>Active travel</w:t>
            </w:r>
          </w:p>
        </w:tc>
        <w:tc>
          <w:tcPr>
            <w:tcW w:w="4320" w:type="dxa"/>
          </w:tcPr>
          <w:p w14:paraId="19DA24C2" w14:textId="3F294654" w:rsidR="003847C9" w:rsidRDefault="00E20B8A">
            <w:r>
              <w:t>537.6</w:t>
            </w:r>
          </w:p>
        </w:tc>
      </w:tr>
      <w:tr w:rsidR="003847C9" w14:paraId="463B326B" w14:textId="77777777">
        <w:tc>
          <w:tcPr>
            <w:tcW w:w="4320" w:type="dxa"/>
          </w:tcPr>
          <w:p w14:paraId="60DAFE4B" w14:textId="77777777" w:rsidR="003847C9" w:rsidRDefault="00875BAB">
            <w:r>
              <w:t>Equipment and resources</w:t>
            </w:r>
          </w:p>
        </w:tc>
        <w:tc>
          <w:tcPr>
            <w:tcW w:w="4320" w:type="dxa"/>
          </w:tcPr>
          <w:p w14:paraId="4C5A7B5B" w14:textId="5500C72A" w:rsidR="003847C9" w:rsidRDefault="00990022">
            <w:r>
              <w:t>0</w:t>
            </w:r>
          </w:p>
        </w:tc>
      </w:tr>
      <w:tr w:rsidR="003847C9" w14:paraId="052208BD" w14:textId="77777777">
        <w:tc>
          <w:tcPr>
            <w:tcW w:w="4320" w:type="dxa"/>
          </w:tcPr>
          <w:p w14:paraId="6809FCF9" w14:textId="77777777" w:rsidR="003847C9" w:rsidRDefault="00875BAB">
            <w:r>
              <w:t>Membership fees</w:t>
            </w:r>
          </w:p>
        </w:tc>
        <w:tc>
          <w:tcPr>
            <w:tcW w:w="4320" w:type="dxa"/>
          </w:tcPr>
          <w:p w14:paraId="623ACEF2" w14:textId="77777777" w:rsidR="003847C9" w:rsidRDefault="00875BAB">
            <w:r w:rsidRPr="00E20B8A">
              <w:t>1400</w:t>
            </w:r>
          </w:p>
        </w:tc>
      </w:tr>
      <w:tr w:rsidR="003847C9" w14:paraId="05D07F26" w14:textId="77777777">
        <w:tc>
          <w:tcPr>
            <w:tcW w:w="4320" w:type="dxa"/>
          </w:tcPr>
          <w:p w14:paraId="05B5E094" w14:textId="77777777" w:rsidR="003847C9" w:rsidRDefault="00875BAB">
            <w:r>
              <w:t>Use of educational platforms and resources</w:t>
            </w:r>
          </w:p>
        </w:tc>
        <w:tc>
          <w:tcPr>
            <w:tcW w:w="4320" w:type="dxa"/>
          </w:tcPr>
          <w:p w14:paraId="2D753DCC" w14:textId="77777777" w:rsidR="003847C9" w:rsidRDefault="00875BAB">
            <w:r>
              <w:t>0</w:t>
            </w:r>
          </w:p>
        </w:tc>
      </w:tr>
      <w:tr w:rsidR="003847C9" w14:paraId="5027D157" w14:textId="77777777" w:rsidTr="00591FAA">
        <w:tc>
          <w:tcPr>
            <w:tcW w:w="4320" w:type="dxa"/>
            <w:shd w:val="clear" w:color="auto" w:fill="DAEEF3" w:themeFill="accent5" w:themeFillTint="33"/>
          </w:tcPr>
          <w:p w14:paraId="2AAA8596" w14:textId="77777777" w:rsidR="003847C9" w:rsidRDefault="00875BAB">
            <w:r>
              <w:t>Total school spending on internal activities</w:t>
            </w:r>
          </w:p>
        </w:tc>
        <w:tc>
          <w:tcPr>
            <w:tcW w:w="4320" w:type="dxa"/>
            <w:shd w:val="clear" w:color="auto" w:fill="DAEEF3" w:themeFill="accent5" w:themeFillTint="33"/>
          </w:tcPr>
          <w:p w14:paraId="6AD3887B" w14:textId="403AB360" w:rsidR="003847C9" w:rsidRDefault="00875BAB">
            <w:r>
              <w:t>11197.98</w:t>
            </w:r>
          </w:p>
        </w:tc>
      </w:tr>
      <w:tr w:rsidR="003847C9" w14:paraId="422600EB" w14:textId="77777777" w:rsidTr="00591FAA">
        <w:trPr>
          <w:trHeight w:val="647"/>
        </w:trPr>
        <w:tc>
          <w:tcPr>
            <w:tcW w:w="4320" w:type="dxa"/>
          </w:tcPr>
          <w:p w14:paraId="2296DDC9" w14:textId="77777777" w:rsidR="003847C9" w:rsidRDefault="00875BAB">
            <w:r>
              <w:t>Has your school spent any of its PE and sport premium grant on external activities?</w:t>
            </w:r>
          </w:p>
        </w:tc>
        <w:tc>
          <w:tcPr>
            <w:tcW w:w="4320" w:type="dxa"/>
          </w:tcPr>
          <w:p w14:paraId="10C72012" w14:textId="77777777" w:rsidR="003847C9" w:rsidRDefault="00875BAB">
            <w:r>
              <w:t>Yes</w:t>
            </w:r>
          </w:p>
        </w:tc>
      </w:tr>
      <w:tr w:rsidR="003847C9" w14:paraId="1AA52BE5" w14:textId="77777777">
        <w:tc>
          <w:tcPr>
            <w:tcW w:w="4320" w:type="dxa"/>
          </w:tcPr>
          <w:p w14:paraId="46FE21EB" w14:textId="77777777" w:rsidR="003847C9" w:rsidRDefault="00875BAB">
            <w:r>
              <w:t xml:space="preserve">Activities </w:t>
            </w:r>
            <w:proofErr w:type="spellStart"/>
            <w:r>
              <w:t>organised</w:t>
            </w:r>
            <w:proofErr w:type="spellEnd"/>
            <w:r>
              <w:t xml:space="preserve"> by School Games organiser network</w:t>
            </w:r>
          </w:p>
        </w:tc>
        <w:tc>
          <w:tcPr>
            <w:tcW w:w="4320" w:type="dxa"/>
          </w:tcPr>
          <w:p w14:paraId="1E681974" w14:textId="37C9A168" w:rsidR="003847C9" w:rsidRDefault="00591FAA">
            <w:r>
              <w:t>3445.03</w:t>
            </w:r>
          </w:p>
        </w:tc>
      </w:tr>
      <w:tr w:rsidR="003847C9" w14:paraId="24FDD423" w14:textId="77777777">
        <w:tc>
          <w:tcPr>
            <w:tcW w:w="4320" w:type="dxa"/>
          </w:tcPr>
          <w:p w14:paraId="4D919EDF" w14:textId="77777777" w:rsidR="003847C9" w:rsidRDefault="00875BAB">
            <w:r>
              <w:t>Other inter-school sports competitions</w:t>
            </w:r>
          </w:p>
        </w:tc>
        <w:tc>
          <w:tcPr>
            <w:tcW w:w="4320" w:type="dxa"/>
          </w:tcPr>
          <w:p w14:paraId="6688B111" w14:textId="3859DEC0" w:rsidR="003847C9" w:rsidRDefault="00591FAA">
            <w:r>
              <w:t>500</w:t>
            </w:r>
          </w:p>
        </w:tc>
      </w:tr>
      <w:tr w:rsidR="003847C9" w14:paraId="310B544D" w14:textId="77777777">
        <w:tc>
          <w:tcPr>
            <w:tcW w:w="4320" w:type="dxa"/>
          </w:tcPr>
          <w:p w14:paraId="38BFF8F7" w14:textId="77777777" w:rsidR="003847C9" w:rsidRDefault="00875BAB">
            <w:r>
              <w:t>External coaching staff</w:t>
            </w:r>
          </w:p>
        </w:tc>
        <w:tc>
          <w:tcPr>
            <w:tcW w:w="4320" w:type="dxa"/>
          </w:tcPr>
          <w:p w14:paraId="37BEE2B0" w14:textId="77777777" w:rsidR="003847C9" w:rsidRDefault="00875BAB">
            <w:r>
              <w:t>0</w:t>
            </w:r>
          </w:p>
        </w:tc>
      </w:tr>
      <w:tr w:rsidR="003847C9" w14:paraId="1CF487E9" w14:textId="77777777" w:rsidTr="00591FAA">
        <w:tc>
          <w:tcPr>
            <w:tcW w:w="4320" w:type="dxa"/>
            <w:shd w:val="clear" w:color="auto" w:fill="DAEEF3" w:themeFill="accent5" w:themeFillTint="33"/>
          </w:tcPr>
          <w:p w14:paraId="1AADEA10" w14:textId="77777777" w:rsidR="003847C9" w:rsidRDefault="00875BAB">
            <w:r>
              <w:t>Total school spend</w:t>
            </w:r>
            <w:r>
              <w:t>ing on external activities</w:t>
            </w:r>
          </w:p>
        </w:tc>
        <w:tc>
          <w:tcPr>
            <w:tcW w:w="4320" w:type="dxa"/>
            <w:shd w:val="clear" w:color="auto" w:fill="DAEEF3" w:themeFill="accent5" w:themeFillTint="33"/>
          </w:tcPr>
          <w:p w14:paraId="1CF9245B" w14:textId="3E811AD7" w:rsidR="003847C9" w:rsidRDefault="00591FAA">
            <w:r>
              <w:t>3945.03</w:t>
            </w:r>
          </w:p>
        </w:tc>
      </w:tr>
      <w:tr w:rsidR="003847C9" w14:paraId="21F427D6" w14:textId="77777777">
        <w:tc>
          <w:tcPr>
            <w:tcW w:w="4320" w:type="dxa"/>
          </w:tcPr>
          <w:p w14:paraId="6C0EA8BE" w14:textId="77777777" w:rsidR="003847C9" w:rsidRDefault="00875BAB">
            <w:r>
              <w:t>Total CPD category spend</w:t>
            </w:r>
          </w:p>
        </w:tc>
        <w:tc>
          <w:tcPr>
            <w:tcW w:w="4320" w:type="dxa"/>
          </w:tcPr>
          <w:p w14:paraId="096C7C95" w14:textId="75F03DB6" w:rsidR="003847C9" w:rsidRDefault="00591FAA">
            <w:r>
              <w:t>1929</w:t>
            </w:r>
          </w:p>
        </w:tc>
      </w:tr>
      <w:tr w:rsidR="003847C9" w14:paraId="16804C61" w14:textId="77777777">
        <w:tc>
          <w:tcPr>
            <w:tcW w:w="4320" w:type="dxa"/>
          </w:tcPr>
          <w:p w14:paraId="2EA91010" w14:textId="77777777" w:rsidR="003847C9" w:rsidRDefault="00875BAB">
            <w:r>
              <w:t>Total internal category spend</w:t>
            </w:r>
          </w:p>
        </w:tc>
        <w:tc>
          <w:tcPr>
            <w:tcW w:w="4320" w:type="dxa"/>
          </w:tcPr>
          <w:p w14:paraId="26DA0F0E" w14:textId="53F6046E" w:rsidR="003847C9" w:rsidRDefault="00875BAB">
            <w:r>
              <w:t>11197.98</w:t>
            </w:r>
          </w:p>
        </w:tc>
      </w:tr>
      <w:tr w:rsidR="003847C9" w14:paraId="50008C16" w14:textId="77777777">
        <w:tc>
          <w:tcPr>
            <w:tcW w:w="4320" w:type="dxa"/>
          </w:tcPr>
          <w:p w14:paraId="52FED2DE" w14:textId="77777777" w:rsidR="003847C9" w:rsidRDefault="00875BAB">
            <w:r>
              <w:t>Total external category spend</w:t>
            </w:r>
          </w:p>
        </w:tc>
        <w:tc>
          <w:tcPr>
            <w:tcW w:w="4320" w:type="dxa"/>
          </w:tcPr>
          <w:p w14:paraId="14EC803E" w14:textId="065F76B2" w:rsidR="003847C9" w:rsidRDefault="00591FAA">
            <w:r>
              <w:t>3945.03</w:t>
            </w:r>
          </w:p>
        </w:tc>
      </w:tr>
      <w:tr w:rsidR="003847C9" w14:paraId="0EAA97B9" w14:textId="77777777">
        <w:tc>
          <w:tcPr>
            <w:tcW w:w="4320" w:type="dxa"/>
          </w:tcPr>
          <w:p w14:paraId="400AFF5C" w14:textId="77777777" w:rsidR="003847C9" w:rsidRDefault="00875BAB">
            <w:r>
              <w:lastRenderedPageBreak/>
              <w:t>Total spent of PE and sports premium</w:t>
            </w:r>
          </w:p>
        </w:tc>
        <w:tc>
          <w:tcPr>
            <w:tcW w:w="4320" w:type="dxa"/>
          </w:tcPr>
          <w:p w14:paraId="00F33E53" w14:textId="05EBD159" w:rsidR="003847C9" w:rsidRDefault="00E20B8A">
            <w:r>
              <w:t>17072.01</w:t>
            </w:r>
          </w:p>
        </w:tc>
      </w:tr>
    </w:tbl>
    <w:p w14:paraId="418B5612" w14:textId="77777777" w:rsidR="003847C9" w:rsidRDefault="00875BAB">
      <w:pPr>
        <w:pStyle w:val="Heading1"/>
      </w:pPr>
      <w:r>
        <w:t>Declarations</w:t>
      </w:r>
    </w:p>
    <w:p w14:paraId="1971C8EB" w14:textId="77777777" w:rsidR="003847C9" w:rsidRDefault="00875BAB">
      <w:r>
        <w:t xml:space="preserve">Declaration 1: I have the authority to </w:t>
      </w:r>
      <w:r>
        <w:t>submit this return on behalf of my school</w:t>
      </w:r>
    </w:p>
    <w:p w14:paraId="3D35AF65" w14:textId="77777777" w:rsidR="003847C9" w:rsidRDefault="00875BAB">
      <w:r>
        <w:t>Declaration 2: The data is true and accurate to the best of my knowledge</w:t>
      </w:r>
    </w:p>
    <w:sectPr w:rsidR="003847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47C9"/>
    <w:rsid w:val="00591FAA"/>
    <w:rsid w:val="00875BAB"/>
    <w:rsid w:val="00990022"/>
    <w:rsid w:val="00AA1D8D"/>
    <w:rsid w:val="00B47730"/>
    <w:rsid w:val="00CB0664"/>
    <w:rsid w:val="00E20B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01A698"/>
  <w14:defaultImageDpi w14:val="300"/>
  <w15:docId w15:val="{52A300F2-2155-457E-BBC5-601DA025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Woollven</dc:creator>
  <cp:keywords/>
  <dc:description>generated by python-docx</dc:description>
  <cp:lastModifiedBy>Lorraine Woollven</cp:lastModifiedBy>
  <cp:revision>2</cp:revision>
  <dcterms:created xsi:type="dcterms:W3CDTF">2026-10-01T07:35:00Z</dcterms:created>
  <dcterms:modified xsi:type="dcterms:W3CDTF">2026-10-01T07:35:00Z</dcterms:modified>
  <cp:category/>
</cp:coreProperties>
</file>