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ECB8" w14:textId="77777777" w:rsidR="00E8612C" w:rsidRDefault="0053631D">
      <w:pPr>
        <w:pStyle w:val="Title"/>
      </w:pPr>
      <w:r>
        <w:t>Reporting PE and sport premium grant expenditure - your funding allocation</w:t>
      </w:r>
    </w:p>
    <w:p w14:paraId="7B170BE8" w14:textId="1248A05F" w:rsidR="00E8612C" w:rsidRDefault="0053631D">
      <w:r>
        <w:t xml:space="preserve">Submission ID: </w:t>
      </w:r>
      <w:r>
        <w:br/>
        <w:t xml:space="preserve">Submission Status: </w:t>
      </w:r>
      <w:r>
        <w:br/>
        <w:t xml:space="preserve">Date: </w:t>
      </w:r>
      <w:r>
        <w:br/>
        <w:t>UKPRN: 100918741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E8612C" w14:paraId="1F3430E6" w14:textId="77777777">
        <w:tc>
          <w:tcPr>
            <w:tcW w:w="4320" w:type="dxa"/>
          </w:tcPr>
          <w:p w14:paraId="3E30C4E8" w14:textId="77777777" w:rsidR="00E8612C" w:rsidRDefault="0053631D">
            <w:r>
              <w:t>Question</w:t>
            </w:r>
          </w:p>
        </w:tc>
        <w:tc>
          <w:tcPr>
            <w:tcW w:w="4320" w:type="dxa"/>
          </w:tcPr>
          <w:p w14:paraId="6FFEDB69" w14:textId="77777777" w:rsidR="00E8612C" w:rsidRDefault="0053631D">
            <w:r>
              <w:t>Response</w:t>
            </w:r>
          </w:p>
        </w:tc>
      </w:tr>
      <w:tr w:rsidR="00E8612C" w14:paraId="63BD788B" w14:textId="77777777">
        <w:tc>
          <w:tcPr>
            <w:tcW w:w="4320" w:type="dxa"/>
          </w:tcPr>
          <w:p w14:paraId="3044B4CF" w14:textId="12126491" w:rsidR="00E8612C" w:rsidRDefault="0053631D">
            <w:r>
              <w:t xml:space="preserve">Is the total amount for PE and sport premium grant for </w:t>
            </w:r>
            <w:r>
              <w:t>academic year 2025 to</w:t>
            </w:r>
            <w:r>
              <w:t xml:space="preserve"> </w:t>
            </w:r>
            <w:proofErr w:type="gramStart"/>
            <w:r>
              <w:t>2026</w:t>
            </w:r>
            <w:proofErr w:type="gramEnd"/>
            <w:r>
              <w:t xml:space="preserve"> correct?</w:t>
            </w:r>
          </w:p>
        </w:tc>
        <w:tc>
          <w:tcPr>
            <w:tcW w:w="4320" w:type="dxa"/>
          </w:tcPr>
          <w:p w14:paraId="56D92717" w14:textId="77777777" w:rsidR="00E8612C" w:rsidRDefault="0053631D">
            <w:r>
              <w:t>Yes</w:t>
            </w:r>
          </w:p>
        </w:tc>
      </w:tr>
      <w:tr w:rsidR="00E8612C" w14:paraId="1F93434E" w14:textId="77777777">
        <w:tc>
          <w:tcPr>
            <w:tcW w:w="4320" w:type="dxa"/>
          </w:tcPr>
          <w:p w14:paraId="76C64881" w14:textId="4911E402" w:rsidR="00E8612C" w:rsidRDefault="0053631D">
            <w:r>
              <w:t>Did your school have any unspent grant funding from the allocation for academic year 2025</w:t>
            </w:r>
            <w:r>
              <w:t xml:space="preserve"> to 2026</w:t>
            </w:r>
            <w:r>
              <w:t>?</w:t>
            </w:r>
          </w:p>
        </w:tc>
        <w:tc>
          <w:tcPr>
            <w:tcW w:w="4320" w:type="dxa"/>
          </w:tcPr>
          <w:p w14:paraId="2FD87F2A" w14:textId="77777777" w:rsidR="00E8612C" w:rsidRDefault="0053631D">
            <w:r>
              <w:t>No</w:t>
            </w:r>
          </w:p>
        </w:tc>
      </w:tr>
      <w:tr w:rsidR="00E8612C" w14:paraId="49E81F30" w14:textId="77777777">
        <w:tc>
          <w:tcPr>
            <w:tcW w:w="4320" w:type="dxa"/>
          </w:tcPr>
          <w:p w14:paraId="6F89C107" w14:textId="2B8DA49C" w:rsidR="00E8612C" w:rsidRDefault="0053631D">
            <w:r>
              <w:t xml:space="preserve">Did your school carry forward any grant funding from previous years for use in academic year 2025 </w:t>
            </w:r>
            <w:r>
              <w:t>to 2026?</w:t>
            </w:r>
          </w:p>
        </w:tc>
        <w:tc>
          <w:tcPr>
            <w:tcW w:w="4320" w:type="dxa"/>
          </w:tcPr>
          <w:p w14:paraId="12BF2481" w14:textId="77777777" w:rsidR="00E8612C" w:rsidRDefault="0053631D">
            <w:r>
              <w:t>No</w:t>
            </w:r>
          </w:p>
        </w:tc>
      </w:tr>
      <w:tr w:rsidR="00E8612C" w14:paraId="0AE2A902" w14:textId="77777777">
        <w:tc>
          <w:tcPr>
            <w:tcW w:w="4320" w:type="dxa"/>
          </w:tcPr>
          <w:p w14:paraId="6901425C" w14:textId="77777777" w:rsidR="00E8612C" w:rsidRDefault="0053631D">
            <w:r>
              <w:t>D</w:t>
            </w:r>
            <w:r>
              <w:t>eclaration 1</w:t>
            </w:r>
          </w:p>
        </w:tc>
        <w:tc>
          <w:tcPr>
            <w:tcW w:w="4320" w:type="dxa"/>
          </w:tcPr>
          <w:p w14:paraId="705BC006" w14:textId="77777777" w:rsidR="00E8612C" w:rsidRDefault="0053631D">
            <w:r>
              <w:t>I have the authority to submit this return on behalf of my school</w:t>
            </w:r>
          </w:p>
        </w:tc>
      </w:tr>
      <w:tr w:rsidR="00E8612C" w14:paraId="2958D665" w14:textId="77777777">
        <w:tc>
          <w:tcPr>
            <w:tcW w:w="4320" w:type="dxa"/>
          </w:tcPr>
          <w:p w14:paraId="347A6AE6" w14:textId="77777777" w:rsidR="00E8612C" w:rsidRDefault="0053631D">
            <w:r>
              <w:t>Declaration 2</w:t>
            </w:r>
          </w:p>
        </w:tc>
        <w:tc>
          <w:tcPr>
            <w:tcW w:w="4320" w:type="dxa"/>
          </w:tcPr>
          <w:p w14:paraId="5763C3BC" w14:textId="77777777" w:rsidR="00E8612C" w:rsidRDefault="0053631D">
            <w:r>
              <w:t>The data is true and accurate to the best of my knowledge</w:t>
            </w:r>
          </w:p>
        </w:tc>
      </w:tr>
    </w:tbl>
    <w:p w14:paraId="5025A506" w14:textId="77777777" w:rsidR="00000000" w:rsidRDefault="0053631D"/>
    <w:sectPr w:rsidR="000000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631D"/>
    <w:rsid w:val="00AA1D8D"/>
    <w:rsid w:val="00B47730"/>
    <w:rsid w:val="00CB0664"/>
    <w:rsid w:val="00E861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B1B309"/>
  <w14:defaultImageDpi w14:val="300"/>
  <w15:docId w15:val="{52A300F2-2155-457E-BBC5-601DA025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Woollven</dc:creator>
  <cp:keywords/>
  <dc:description>generated by python-docx</dc:description>
  <cp:lastModifiedBy>Lorraine Woollven</cp:lastModifiedBy>
  <cp:revision>2</cp:revision>
  <dcterms:created xsi:type="dcterms:W3CDTF">2026-10-01T07:50:00Z</dcterms:created>
  <dcterms:modified xsi:type="dcterms:W3CDTF">2026-10-01T07:50:00Z</dcterms:modified>
  <cp:category/>
</cp:coreProperties>
</file>